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07" w:rsidRPr="0094799C" w:rsidRDefault="00987E74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94799C">
        <w:rPr>
          <w:rFonts w:ascii="Times New Roman" w:hAnsi="Times New Roman" w:cs="Times New Roman"/>
          <w:color w:val="auto"/>
          <w:sz w:val="24"/>
          <w:szCs w:val="24"/>
        </w:rPr>
        <w:t>SZKOLNY ZESTAW PROGRAMÓW NAUCZANIA I WYCHOWANIA PRZEDSZKOLNEGO</w:t>
      </w:r>
    </w:p>
    <w:p w:rsidR="00F95D07" w:rsidRPr="0094799C" w:rsidRDefault="00987E74">
      <w:pPr>
        <w:rPr>
          <w:rFonts w:ascii="Times New Roman" w:hAnsi="Times New Roman" w:cs="Times New Roman"/>
          <w:sz w:val="24"/>
          <w:szCs w:val="24"/>
        </w:rPr>
      </w:pPr>
      <w:r w:rsidRPr="0094799C">
        <w:rPr>
          <w:rFonts w:ascii="Times New Roman" w:hAnsi="Times New Roman" w:cs="Times New Roman"/>
          <w:sz w:val="24"/>
          <w:szCs w:val="24"/>
        </w:rPr>
        <w:t>Szkoła Podstawowa im. W. Chotomskiej w Nowych Kucicach</w:t>
      </w:r>
      <w:r w:rsidRPr="0094799C">
        <w:rPr>
          <w:rFonts w:ascii="Times New Roman" w:hAnsi="Times New Roman" w:cs="Times New Roman"/>
          <w:sz w:val="24"/>
          <w:szCs w:val="24"/>
        </w:rPr>
        <w:br/>
        <w:t>Rok szkolny 2026/2027</w:t>
      </w:r>
    </w:p>
    <w:tbl>
      <w:tblPr>
        <w:tblStyle w:val="Tabela-Siatka"/>
        <w:tblW w:w="9092" w:type="dxa"/>
        <w:tblLayout w:type="fixed"/>
        <w:tblLook w:val="04A0"/>
      </w:tblPr>
      <w:tblGrid>
        <w:gridCol w:w="1613"/>
        <w:gridCol w:w="1588"/>
        <w:gridCol w:w="2388"/>
        <w:gridCol w:w="2020"/>
        <w:gridCol w:w="1483"/>
      </w:tblGrid>
      <w:tr w:rsidR="00F95D07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 w </w:t>
            </w: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szk</w:t>
            </w:r>
            <w:proofErr w:type="spellEnd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zestawie</w:t>
            </w:r>
            <w:proofErr w:type="spellEnd"/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  <w:proofErr w:type="spellEnd"/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  <w:proofErr w:type="spellEnd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programu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  <w:proofErr w:type="spellEnd"/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0/2026/27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przedszkolne</w:t>
            </w:r>
            <w:proofErr w:type="spellEnd"/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przedszkolnego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ucha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ucha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rozwój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="00230C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Mucha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1A/2026/27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  <w:tc>
          <w:tcPr>
            <w:tcW w:w="2388" w:type="dxa"/>
          </w:tcPr>
          <w:p w:rsidR="00F95D07" w:rsidRPr="0094799C" w:rsidRDefault="00952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I-III ,,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Podróz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klasą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’’</w:t>
            </w:r>
          </w:p>
        </w:tc>
        <w:tc>
          <w:tcPr>
            <w:tcW w:w="2020" w:type="dxa"/>
          </w:tcPr>
          <w:p w:rsidR="00F95D07" w:rsidRPr="0094799C" w:rsidRDefault="00BC0E9B" w:rsidP="00BC0E9B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Kacprowicz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1B/2026/27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2–3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„SZKOŁA NA TAK” –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pozytywnej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1–3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Kręcisz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B.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Lewandowska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  <w:proofErr w:type="spellEnd"/>
          </w:p>
        </w:tc>
      </w:tr>
      <w:tr w:rsidR="00230C07" w:rsidRPr="0094799C" w:rsidTr="0094799C">
        <w:tc>
          <w:tcPr>
            <w:tcW w:w="1613" w:type="dxa"/>
          </w:tcPr>
          <w:p w:rsidR="00230C07" w:rsidRPr="0094799C" w:rsidRDefault="00230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2A/2026/27</w:t>
            </w:r>
          </w:p>
        </w:tc>
        <w:tc>
          <w:tcPr>
            <w:tcW w:w="1588" w:type="dxa"/>
          </w:tcPr>
          <w:p w:rsidR="00230C07" w:rsidRDefault="00230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  <w:proofErr w:type="spellEnd"/>
          </w:p>
          <w:p w:rsidR="00F07192" w:rsidRPr="0094799C" w:rsidRDefault="00F07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388" w:type="dxa"/>
          </w:tcPr>
          <w:p w:rsidR="00230C07" w:rsidRPr="0094799C" w:rsidRDefault="00230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Klucz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matematyki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‘’ Program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matematyki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4-8</w:t>
            </w:r>
          </w:p>
        </w:tc>
        <w:tc>
          <w:tcPr>
            <w:tcW w:w="2020" w:type="dxa"/>
          </w:tcPr>
          <w:p w:rsidR="00230C07" w:rsidRPr="00230C07" w:rsidRDefault="00230C07" w:rsidP="00230C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  <w:r w:rsidRPr="00230C07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230C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Marcin Braun</w:t>
            </w:r>
          </w:p>
          <w:p w:rsidR="00230C07" w:rsidRPr="00230C07" w:rsidRDefault="00230C07" w:rsidP="00230C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  <w:r w:rsidRPr="00230C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Agnieszka Mańkowska</w:t>
            </w:r>
          </w:p>
          <w:p w:rsidR="00230C07" w:rsidRPr="0094799C" w:rsidRDefault="00230C07" w:rsidP="00230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C07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230C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Małgorzata Paszyńska</w:t>
            </w:r>
          </w:p>
        </w:tc>
        <w:tc>
          <w:tcPr>
            <w:tcW w:w="1483" w:type="dxa"/>
          </w:tcPr>
          <w:p w:rsidR="00230C07" w:rsidRPr="0094799C" w:rsidRDefault="00F07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2/2026/27</w:t>
            </w:r>
          </w:p>
          <w:p w:rsidR="00230C07" w:rsidRPr="0094799C" w:rsidRDefault="00230C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F95D07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  <w:proofErr w:type="spellEnd"/>
          </w:p>
          <w:p w:rsidR="0094799C" w:rsidRPr="0094799C" w:rsidRDefault="0094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</w:t>
            </w:r>
            <w:r w:rsidR="00F07192">
              <w:rPr>
                <w:rFonts w:ascii="Times New Roman" w:hAnsi="Times New Roman" w:cs="Times New Roman"/>
                <w:sz w:val="24"/>
                <w:szCs w:val="24"/>
              </w:rPr>
              <w:t xml:space="preserve">5-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kluczem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matematyki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4–8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M. Braun</w:t>
            </w:r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3A/2026/27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Wszystko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gra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”.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muzyki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4–7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Danielewicz-Malinowska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A.</w:t>
            </w:r>
          </w:p>
        </w:tc>
        <w:tc>
          <w:tcPr>
            <w:tcW w:w="1483" w:type="dxa"/>
          </w:tcPr>
          <w:p w:rsidR="00F95D07" w:rsidRPr="0094799C" w:rsidRDefault="00F95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3B/2026/27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5–7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Lekcja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muzyki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”.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muzyki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Gromek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G.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4/2026/27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388" w:type="dxa"/>
          </w:tcPr>
          <w:p w:rsidR="00F95D07" w:rsidRPr="0094799C" w:rsidRDefault="00BC0E9B" w:rsidP="00BC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="0094799C">
              <w:rPr>
                <w:rFonts w:ascii="Times New Roman" w:hAnsi="Times New Roman" w:cs="Times New Roman"/>
                <w:sz w:val="24"/>
                <w:szCs w:val="24"/>
              </w:rPr>
              <w:t>nauczania,,Odkrywam</w:t>
            </w: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przyrodę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’’</w:t>
            </w:r>
          </w:p>
        </w:tc>
        <w:tc>
          <w:tcPr>
            <w:tcW w:w="2020" w:type="dxa"/>
          </w:tcPr>
          <w:p w:rsidR="00F95D07" w:rsidRPr="0094799C" w:rsidRDefault="00BC0E9B" w:rsidP="00BC0E9B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Dziedzic</w:t>
            </w:r>
            <w:proofErr w:type="spellEnd"/>
          </w:p>
        </w:tc>
        <w:tc>
          <w:tcPr>
            <w:tcW w:w="1483" w:type="dxa"/>
          </w:tcPr>
          <w:p w:rsidR="00F95D07" w:rsidRPr="0094799C" w:rsidRDefault="00BC0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5/2026/27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  <w:proofErr w:type="spellEnd"/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Puls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życia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”.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biologii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5–8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6/2026/27</w:t>
            </w:r>
          </w:p>
        </w:tc>
        <w:tc>
          <w:tcPr>
            <w:tcW w:w="1588" w:type="dxa"/>
          </w:tcPr>
          <w:p w:rsidR="00F95D07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polski</w:t>
            </w:r>
            <w:proofErr w:type="spellEnd"/>
          </w:p>
          <w:p w:rsidR="0094799C" w:rsidRDefault="0094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Kl.4-8</w:t>
            </w:r>
          </w:p>
          <w:p w:rsidR="0094799C" w:rsidRPr="0094799C" w:rsidRDefault="00947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słowa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start!”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ogólnego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polskiego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. IV–VIII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Derlukiewicz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7/2026/27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  <w:proofErr w:type="spellEnd"/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Żyję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działam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bezpiecznie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Słoma</w:t>
            </w:r>
            <w:proofErr w:type="spellEnd"/>
          </w:p>
        </w:tc>
        <w:tc>
          <w:tcPr>
            <w:tcW w:w="1483" w:type="dxa"/>
          </w:tcPr>
          <w:p w:rsidR="00F95D07" w:rsidRPr="0094799C" w:rsidRDefault="00781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8/2026/27</w:t>
            </w:r>
          </w:p>
        </w:tc>
        <w:tc>
          <w:tcPr>
            <w:tcW w:w="1588" w:type="dxa"/>
          </w:tcPr>
          <w:p w:rsidR="00F95D07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  <w:proofErr w:type="spellEnd"/>
          </w:p>
          <w:p w:rsidR="0094799C" w:rsidRPr="0094799C" w:rsidRDefault="0094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4-7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„Do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dzieła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!”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plastyki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4–7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J. Lukas, K.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Onak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Ipczyńska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N.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9A/2026/27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nauczaniu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zintegrowanym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.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Szpotowicz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Szulc-Kurpaska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Kapuśniak</w:t>
            </w:r>
            <w:proofErr w:type="spellEnd"/>
          </w:p>
        </w:tc>
        <w:tc>
          <w:tcPr>
            <w:tcW w:w="1483" w:type="dxa"/>
          </w:tcPr>
          <w:p w:rsidR="00F95D07" w:rsidRPr="0094799C" w:rsidRDefault="00781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9AA/2026/27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2–3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New English Adventure 1.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wczesnoszkolnej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T.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Łochowski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C.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Bruni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9B/2026/27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etapu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edukacyjnego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programowa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Piotrowska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T.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Szyber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K.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Komarnicka</w:t>
            </w:r>
            <w:proofErr w:type="spellEnd"/>
          </w:p>
        </w:tc>
        <w:tc>
          <w:tcPr>
            <w:tcW w:w="1483" w:type="dxa"/>
          </w:tcPr>
          <w:p w:rsidR="00F95D07" w:rsidRPr="0094799C" w:rsidRDefault="00701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9BB/2026/27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5–8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angielskiego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klasach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IV–VIII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Ellis, A.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Rak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OXFORD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10/2026/27</w:t>
            </w:r>
          </w:p>
        </w:tc>
        <w:tc>
          <w:tcPr>
            <w:tcW w:w="1588" w:type="dxa"/>
          </w:tcPr>
          <w:p w:rsidR="00F95D07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  <w:proofErr w:type="spellEnd"/>
          </w:p>
          <w:p w:rsidR="0094799C" w:rsidRPr="0094799C" w:rsidRDefault="0094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4-8</w:t>
            </w:r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historii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4–8 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Wczoraj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dziś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T.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Maćkowski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B4E0F" w:rsidRPr="0094799C" w:rsidTr="0094799C">
        <w:tc>
          <w:tcPr>
            <w:tcW w:w="161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11/2026/27</w:t>
            </w:r>
          </w:p>
        </w:tc>
        <w:tc>
          <w:tcPr>
            <w:tcW w:w="15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  <w:proofErr w:type="spellEnd"/>
          </w:p>
        </w:tc>
        <w:tc>
          <w:tcPr>
            <w:tcW w:w="2388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Jak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działa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?”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techniki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020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Łabecki</w:t>
            </w:r>
            <w:proofErr w:type="spellEnd"/>
          </w:p>
        </w:tc>
        <w:tc>
          <w:tcPr>
            <w:tcW w:w="1483" w:type="dxa"/>
          </w:tcPr>
          <w:p w:rsidR="00F95D07" w:rsidRPr="0094799C" w:rsidRDefault="00987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</w:tbl>
    <w:p w:rsidR="00920D51" w:rsidRPr="0094799C" w:rsidRDefault="0094799C" w:rsidP="0094799C">
      <w:pPr>
        <w:pStyle w:val="Nagwek1"/>
        <w:tabs>
          <w:tab w:val="left" w:pos="1416"/>
        </w:tabs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ab/>
      </w:r>
    </w:p>
    <w:tbl>
      <w:tblPr>
        <w:tblStyle w:val="Tabela-Siatka"/>
        <w:tblW w:w="9328" w:type="dxa"/>
        <w:tblLook w:val="04A0"/>
      </w:tblPr>
      <w:tblGrid>
        <w:gridCol w:w="1672"/>
        <w:gridCol w:w="1727"/>
        <w:gridCol w:w="2096"/>
        <w:gridCol w:w="2128"/>
        <w:gridCol w:w="1705"/>
      </w:tblGrid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12/2026/27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Planeta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geografii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Tuz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B.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Dziedzic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13/2026/27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tajemnic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chemii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etapu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edukacyjnego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Kwiek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J.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Wilmańska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  <w:proofErr w:type="spellEnd"/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14/2026/27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Spotkania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fizyką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T.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Kulawik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15/2026/27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niemiecki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języka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niemieckiego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VII–VIII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Jaroszewska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16/2026/27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„INFORMATYKA W AKCJI”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informatyki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Chodacka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, J. Mazur</w:t>
            </w:r>
          </w:p>
        </w:tc>
        <w:tc>
          <w:tcPr>
            <w:tcW w:w="1705" w:type="dxa"/>
          </w:tcPr>
          <w:p w:rsidR="00920D51" w:rsidRPr="0094799C" w:rsidRDefault="006152ED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16A/2026/27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5–8</w:t>
            </w:r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informatyki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  <w:r w:rsidR="0094799C">
              <w:rPr>
                <w:rFonts w:ascii="Times New Roman" w:hAnsi="Times New Roman" w:cs="Times New Roman"/>
                <w:sz w:val="24"/>
                <w:szCs w:val="24"/>
              </w:rPr>
              <w:t xml:space="preserve"> LUBIĘ TO</w:t>
            </w: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Kęska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17/2025/26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fizyczne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„CZAS NA RUCH” 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fizycznego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U.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Białek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, J.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Wolfar-Piech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17A/2025/26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fizyczne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5–8</w:t>
            </w:r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wychowania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fizycznego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ośmioklasowej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Warchoł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FOSZE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18/2026/27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Doradztwo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zawodowe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Doradztwo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zawodowe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VII–VIII</w:t>
            </w: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Grzelak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19/2026/27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– 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Żyję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działam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bezpiecznie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Słoma</w:t>
            </w:r>
            <w:proofErr w:type="spellEnd"/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4799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20/2026/2027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zdrowotna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4799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20D51" w:rsidRPr="0094799C">
              <w:rPr>
                <w:rFonts w:ascii="Times New Roman" w:hAnsi="Times New Roman" w:cs="Times New Roman"/>
                <w:sz w:val="24"/>
                <w:szCs w:val="24"/>
              </w:rPr>
              <w:t>/2026/</w:t>
            </w:r>
            <w:r w:rsidR="00DC58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20D51" w:rsidRPr="0094799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Wiedza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społeczeństwie</w:t>
            </w:r>
            <w:proofErr w:type="spellEnd"/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nauczania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wiedzy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społeczeństwie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podstawowej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klasie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VIII „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Dziś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jutro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8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Iwona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Janicka</w:t>
            </w:r>
            <w:proofErr w:type="spellEnd"/>
          </w:p>
        </w:tc>
        <w:tc>
          <w:tcPr>
            <w:tcW w:w="1705" w:type="dxa"/>
          </w:tcPr>
          <w:p w:rsidR="00920D51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Nowa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</w:p>
        </w:tc>
      </w:tr>
      <w:tr w:rsidR="00920D51" w:rsidRPr="0094799C" w:rsidTr="0094799C">
        <w:tc>
          <w:tcPr>
            <w:tcW w:w="1672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AZ–0–03/20</w:t>
            </w:r>
          </w:p>
        </w:tc>
        <w:tc>
          <w:tcPr>
            <w:tcW w:w="1727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  <w:proofErr w:type="spellEnd"/>
            <w:r w:rsidR="000433BC"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kl.0</w:t>
            </w:r>
          </w:p>
        </w:tc>
        <w:tc>
          <w:tcPr>
            <w:tcW w:w="2096" w:type="dxa"/>
          </w:tcPr>
          <w:p w:rsidR="00920D51" w:rsidRPr="0094799C" w:rsidRDefault="00920D5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„TAK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Jezusa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8" w:type="dxa"/>
          </w:tcPr>
          <w:p w:rsidR="00920D51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KWK</w:t>
            </w:r>
          </w:p>
        </w:tc>
        <w:tc>
          <w:tcPr>
            <w:tcW w:w="1705" w:type="dxa"/>
          </w:tcPr>
          <w:p w:rsidR="00920D51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  <w:proofErr w:type="spellEnd"/>
          </w:p>
        </w:tc>
      </w:tr>
      <w:tr w:rsidR="00C80592" w:rsidRPr="0094799C" w:rsidTr="0094799C">
        <w:tc>
          <w:tcPr>
            <w:tcW w:w="1672" w:type="dxa"/>
          </w:tcPr>
          <w:p w:rsidR="00C80592" w:rsidRPr="0094799C" w:rsidRDefault="000433B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AZ-1-01/18</w:t>
            </w:r>
          </w:p>
        </w:tc>
        <w:tc>
          <w:tcPr>
            <w:tcW w:w="1727" w:type="dxa"/>
          </w:tcPr>
          <w:p w:rsidR="00C80592" w:rsidRPr="0094799C" w:rsidRDefault="000433B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kl.1-4</w:t>
            </w:r>
          </w:p>
        </w:tc>
        <w:tc>
          <w:tcPr>
            <w:tcW w:w="2096" w:type="dxa"/>
          </w:tcPr>
          <w:p w:rsidR="00C80592" w:rsidRPr="0094799C" w:rsidRDefault="000433BC" w:rsidP="0004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Zaproszeni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ucztę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Jezusem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8" w:type="dxa"/>
          </w:tcPr>
          <w:p w:rsidR="00C80592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KWK</w:t>
            </w:r>
          </w:p>
        </w:tc>
        <w:tc>
          <w:tcPr>
            <w:tcW w:w="1705" w:type="dxa"/>
          </w:tcPr>
          <w:p w:rsidR="00C80592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>Wydawnictwo</w:t>
            </w:r>
            <w:proofErr w:type="spellEnd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>Katechetyczne</w:t>
            </w:r>
            <w:proofErr w:type="spellEnd"/>
          </w:p>
        </w:tc>
      </w:tr>
      <w:tr w:rsidR="00C80592" w:rsidRPr="0094799C" w:rsidTr="0094799C">
        <w:tc>
          <w:tcPr>
            <w:tcW w:w="1672" w:type="dxa"/>
          </w:tcPr>
          <w:p w:rsidR="00C80592" w:rsidRPr="0094799C" w:rsidRDefault="000433B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AZ-2-01/18,</w:t>
            </w:r>
          </w:p>
        </w:tc>
        <w:tc>
          <w:tcPr>
            <w:tcW w:w="1727" w:type="dxa"/>
          </w:tcPr>
          <w:p w:rsidR="00C80592" w:rsidRPr="0094799C" w:rsidRDefault="000433BC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.  5-8</w:t>
            </w:r>
          </w:p>
        </w:tc>
        <w:tc>
          <w:tcPr>
            <w:tcW w:w="2096" w:type="dxa"/>
          </w:tcPr>
          <w:p w:rsidR="00C80592" w:rsidRPr="0094799C" w:rsidRDefault="000433BC" w:rsidP="0004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Bóg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kocha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zbawia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>człowieka</w:t>
            </w:r>
            <w:proofErr w:type="spellEnd"/>
            <w:r w:rsidRPr="0094799C">
              <w:rPr>
                <w:rFonts w:ascii="Times New Roman" w:hAnsi="Times New Roman" w:cs="Times New Roman"/>
                <w:color w:val="3F3F46"/>
                <w:sz w:val="24"/>
                <w:szCs w:val="24"/>
                <w:shd w:val="clear" w:color="auto" w:fill="FFFFFF"/>
              </w:rPr>
              <w:t xml:space="preserve">, </w:t>
            </w:r>
          </w:p>
        </w:tc>
        <w:tc>
          <w:tcPr>
            <w:tcW w:w="2128" w:type="dxa"/>
          </w:tcPr>
          <w:p w:rsidR="00C80592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99C">
              <w:rPr>
                <w:rFonts w:ascii="Times New Roman" w:hAnsi="Times New Roman" w:cs="Times New Roman"/>
                <w:sz w:val="24"/>
                <w:szCs w:val="24"/>
              </w:rPr>
              <w:t>KWK</w:t>
            </w:r>
          </w:p>
        </w:tc>
        <w:tc>
          <w:tcPr>
            <w:tcW w:w="1705" w:type="dxa"/>
          </w:tcPr>
          <w:p w:rsidR="00C80592" w:rsidRPr="0094799C" w:rsidRDefault="00E069C1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>Wydawnictwo</w:t>
            </w:r>
            <w:proofErr w:type="spellEnd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94799C">
              <w:rPr>
                <w:rStyle w:val="Pogrubienie"/>
                <w:rFonts w:ascii="Times New Roman" w:hAnsi="Times New Roman" w:cs="Times New Roman"/>
                <w:b w:val="0"/>
                <w:color w:val="3F3F46"/>
                <w:sz w:val="24"/>
                <w:szCs w:val="24"/>
                <w:bdr w:val="none" w:sz="0" w:space="0" w:color="auto" w:frame="1"/>
                <w:shd w:val="clear" w:color="auto" w:fill="FFFFFF"/>
              </w:rPr>
              <w:t>Katechetyczne</w:t>
            </w:r>
            <w:proofErr w:type="spellEnd"/>
          </w:p>
        </w:tc>
      </w:tr>
      <w:tr w:rsidR="00C80592" w:rsidRPr="0094799C" w:rsidTr="0094799C">
        <w:tc>
          <w:tcPr>
            <w:tcW w:w="1672" w:type="dxa"/>
          </w:tcPr>
          <w:p w:rsidR="00C80592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:rsidR="00C80592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C80592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C80592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C80592" w:rsidRPr="0094799C" w:rsidRDefault="00C80592" w:rsidP="00F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0D51" w:rsidRPr="0094799C" w:rsidRDefault="00920D51" w:rsidP="00920D51">
      <w:pPr>
        <w:rPr>
          <w:rFonts w:ascii="Times New Roman" w:hAnsi="Times New Roman" w:cs="Times New Roman"/>
          <w:sz w:val="24"/>
          <w:szCs w:val="24"/>
        </w:rPr>
      </w:pPr>
    </w:p>
    <w:p w:rsidR="00987E74" w:rsidRDefault="00987E74"/>
    <w:sectPr w:rsidR="00987E7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1995C97"/>
    <w:multiLevelType w:val="hybridMultilevel"/>
    <w:tmpl w:val="0E1811B6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433BC"/>
    <w:rsid w:val="0006063C"/>
    <w:rsid w:val="0015074B"/>
    <w:rsid w:val="00230C07"/>
    <w:rsid w:val="0029639D"/>
    <w:rsid w:val="00326F90"/>
    <w:rsid w:val="004F6768"/>
    <w:rsid w:val="006152ED"/>
    <w:rsid w:val="006617F6"/>
    <w:rsid w:val="007014B7"/>
    <w:rsid w:val="00781590"/>
    <w:rsid w:val="00920D51"/>
    <w:rsid w:val="0094799C"/>
    <w:rsid w:val="00952028"/>
    <w:rsid w:val="00987E74"/>
    <w:rsid w:val="009B4E0F"/>
    <w:rsid w:val="009D7641"/>
    <w:rsid w:val="00AA1D8D"/>
    <w:rsid w:val="00B47730"/>
    <w:rsid w:val="00BC0E9B"/>
    <w:rsid w:val="00C80592"/>
    <w:rsid w:val="00C85D16"/>
    <w:rsid w:val="00CB0664"/>
    <w:rsid w:val="00D24A46"/>
    <w:rsid w:val="00DC58DA"/>
    <w:rsid w:val="00E069C1"/>
    <w:rsid w:val="00E2336B"/>
    <w:rsid w:val="00EC07AE"/>
    <w:rsid w:val="00F07192"/>
    <w:rsid w:val="00F6175F"/>
    <w:rsid w:val="00F95D07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asnecieniowanie1">
    <w:name w:val="Jasne cieniowanie1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Jasnecieniowanieakcent11">
    <w:name w:val="Jasne cieniowanie — akcent 1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Jasnalista1">
    <w:name w:val="Jasna lista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Jasnasiatka1">
    <w:name w:val="Jasna siatka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Jasnasiatkaakcent11">
    <w:name w:val="Jasna siatka — akcent 1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redniecieniowanie11">
    <w:name w:val="Średnie cieniowanie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1">
    <w:name w:val="Średnie cieniowanie 2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11">
    <w:name w:val="Średnie cieniowanie 2 — akcent 1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1">
    <w:name w:val="Średnia lista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rednialista1akcent11">
    <w:name w:val="Średnia lista 1 — akcent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rednialista21">
    <w:name w:val="Średnia lista 2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1">
    <w:name w:val="Średnia siatka 1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edniasiatka21">
    <w:name w:val="Średnia siatka 2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redniasiatka31">
    <w:name w:val="Średnia siatka 3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Ciemnalista1">
    <w:name w:val="Ciemna lista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Kolorowecieniowanie1">
    <w:name w:val="Kolorowe cieniowanie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Kolorowalista1">
    <w:name w:val="Kolorowa lista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olorowasiatka1">
    <w:name w:val="Kolorowa siatka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5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608</Words>
  <Characters>3654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Bożena Nowakowska</cp:lastModifiedBy>
  <cp:revision>2</cp:revision>
  <cp:lastPrinted>2026-06-19T08:30:00Z</cp:lastPrinted>
  <dcterms:created xsi:type="dcterms:W3CDTF">2026-10-09T18:16:00Z</dcterms:created>
  <dcterms:modified xsi:type="dcterms:W3CDTF">2026-10-09T18:16:00Z</dcterms:modified>
</cp:coreProperties>
</file>