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07" w:rsidRPr="0094799C" w:rsidRDefault="00987E74" w:rsidP="00761E4D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4799C">
        <w:rPr>
          <w:rFonts w:ascii="Times New Roman" w:hAnsi="Times New Roman" w:cs="Times New Roman"/>
          <w:color w:val="auto"/>
          <w:sz w:val="24"/>
          <w:szCs w:val="24"/>
        </w:rPr>
        <w:t xml:space="preserve">SZKOLNY ZESTAW </w:t>
      </w:r>
      <w:r w:rsidR="00761E4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</w:t>
      </w:r>
      <w:r w:rsidRPr="0094799C">
        <w:rPr>
          <w:rFonts w:ascii="Times New Roman" w:hAnsi="Times New Roman" w:cs="Times New Roman"/>
          <w:color w:val="auto"/>
          <w:sz w:val="24"/>
          <w:szCs w:val="24"/>
        </w:rPr>
        <w:t>PROGRAMÓW NAUCZANIA I WYCHOWANIA PRZEDSZKOLNEGO</w:t>
      </w:r>
    </w:p>
    <w:p w:rsidR="00F95D07" w:rsidRPr="0094799C" w:rsidRDefault="00987E74" w:rsidP="00761E4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799C">
        <w:rPr>
          <w:rFonts w:ascii="Times New Roman" w:hAnsi="Times New Roman" w:cs="Times New Roman"/>
          <w:sz w:val="24"/>
          <w:szCs w:val="24"/>
        </w:rPr>
        <w:t>Szkoła Podstawowa im. W. Chotomskiej w Nowych Kucicach</w:t>
      </w:r>
      <w:r w:rsidRPr="0094799C">
        <w:rPr>
          <w:rFonts w:ascii="Times New Roman" w:hAnsi="Times New Roman" w:cs="Times New Roman"/>
          <w:sz w:val="24"/>
          <w:szCs w:val="24"/>
        </w:rPr>
        <w:br/>
        <w:t>Rok szkolny 2026/2027</w:t>
      </w:r>
    </w:p>
    <w:tbl>
      <w:tblPr>
        <w:tblStyle w:val="Tabela-Siatka"/>
        <w:tblW w:w="9092" w:type="dxa"/>
        <w:tblLayout w:type="fixed"/>
        <w:tblLook w:val="04A0"/>
      </w:tblPr>
      <w:tblGrid>
        <w:gridCol w:w="1613"/>
        <w:gridCol w:w="1588"/>
        <w:gridCol w:w="2388"/>
        <w:gridCol w:w="2020"/>
        <w:gridCol w:w="1483"/>
      </w:tblGrid>
      <w:tr w:rsidR="00F95D07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w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szk</w:t>
            </w:r>
            <w:proofErr w:type="spellEnd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zestawie</w:t>
            </w:r>
            <w:proofErr w:type="spellEnd"/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  <w:proofErr w:type="spellEnd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programu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  <w:proofErr w:type="spellEnd"/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0/2026/27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przedszkolne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przedszkolnego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ucha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ucha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rozwój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="00230C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Mucha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2388" w:type="dxa"/>
          </w:tcPr>
          <w:p w:rsidR="00F95D07" w:rsidRPr="0094799C" w:rsidRDefault="00952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I-III ,,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Podróz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klasą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020" w:type="dxa"/>
          </w:tcPr>
          <w:p w:rsidR="00F95D07" w:rsidRPr="0094799C" w:rsidRDefault="00BC0E9B" w:rsidP="00BC0E9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Kacprowicz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2–3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„SZKOŁA NA TAK” –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pozytywnej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1–3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Kręcisz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Lewandowska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</w:tr>
      <w:tr w:rsidR="00230C07" w:rsidRPr="0094799C" w:rsidTr="0094799C">
        <w:tc>
          <w:tcPr>
            <w:tcW w:w="1613" w:type="dxa"/>
          </w:tcPr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2A/2026/27</w:t>
            </w:r>
          </w:p>
        </w:tc>
        <w:tc>
          <w:tcPr>
            <w:tcW w:w="1588" w:type="dxa"/>
          </w:tcPr>
          <w:p w:rsidR="00230C07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</w:p>
          <w:p w:rsidR="00F07192" w:rsidRPr="0094799C" w:rsidRDefault="00F07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Klucz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‘’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4-8</w:t>
            </w:r>
          </w:p>
        </w:tc>
        <w:tc>
          <w:tcPr>
            <w:tcW w:w="2020" w:type="dxa"/>
          </w:tcPr>
          <w:p w:rsidR="00230C07" w:rsidRPr="00230C07" w:rsidRDefault="00230C07" w:rsidP="00230C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230C07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Marcin Braun</w:t>
            </w:r>
          </w:p>
          <w:p w:rsidR="00230C07" w:rsidRPr="00230C07" w:rsidRDefault="00230C07" w:rsidP="00230C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Agnieszka Mańkowska</w:t>
            </w:r>
          </w:p>
          <w:p w:rsidR="00230C07" w:rsidRPr="0094799C" w:rsidRDefault="00230C07" w:rsidP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C07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Małgorzata Paszyńska</w:t>
            </w:r>
          </w:p>
        </w:tc>
        <w:tc>
          <w:tcPr>
            <w:tcW w:w="1483" w:type="dxa"/>
          </w:tcPr>
          <w:p w:rsidR="00230C07" w:rsidRPr="0094799C" w:rsidRDefault="00F07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2/2026/27</w:t>
            </w:r>
          </w:p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</w:t>
            </w:r>
            <w:r w:rsidR="00F07192">
              <w:rPr>
                <w:rFonts w:ascii="Times New Roman" w:hAnsi="Times New Roman" w:cs="Times New Roman"/>
                <w:sz w:val="24"/>
                <w:szCs w:val="24"/>
              </w:rPr>
              <w:t xml:space="preserve">5-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kluczem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4–8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M. Braun</w:t>
            </w:r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3A/2026/27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Wszystko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4–7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Danielewicz-Malinowska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A.</w:t>
            </w:r>
          </w:p>
        </w:tc>
        <w:tc>
          <w:tcPr>
            <w:tcW w:w="1483" w:type="dxa"/>
          </w:tcPr>
          <w:p w:rsidR="00F95D07" w:rsidRPr="0094799C" w:rsidRDefault="00F95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3B/2026/27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5–7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Lekcja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Gromek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G.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4/2026/27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BC0E9B" w:rsidP="00BC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="0094799C">
              <w:rPr>
                <w:rFonts w:ascii="Times New Roman" w:hAnsi="Times New Roman" w:cs="Times New Roman"/>
                <w:sz w:val="24"/>
                <w:szCs w:val="24"/>
              </w:rPr>
              <w:t>nauczania,,Odkrywam</w:t>
            </w: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przyrodę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020" w:type="dxa"/>
          </w:tcPr>
          <w:p w:rsidR="00F95D07" w:rsidRPr="0094799C" w:rsidRDefault="00BC0E9B" w:rsidP="00BC0E9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Dziedzic</w:t>
            </w:r>
            <w:proofErr w:type="spellEnd"/>
          </w:p>
        </w:tc>
        <w:tc>
          <w:tcPr>
            <w:tcW w:w="1483" w:type="dxa"/>
          </w:tcPr>
          <w:p w:rsidR="00F95D07" w:rsidRPr="0094799C" w:rsidRDefault="00BC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5/2026/27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Puls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życia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biologii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5–8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polski</w:t>
            </w:r>
            <w:proofErr w:type="spellEnd"/>
          </w:p>
          <w:p w:rsid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Kl.4-8</w:t>
            </w:r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start!”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ogólnego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IV–VIII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7/2026/27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Żyję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Słoma</w:t>
            </w:r>
            <w:proofErr w:type="spellEnd"/>
          </w:p>
        </w:tc>
        <w:tc>
          <w:tcPr>
            <w:tcW w:w="1483" w:type="dxa"/>
          </w:tcPr>
          <w:p w:rsidR="00F95D07" w:rsidRPr="0094799C" w:rsidRDefault="0078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8/2026/27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4-7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dzieła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!”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plastyki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4–7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Lukas, 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N.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zintegrowanym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Szpotowicz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Szulc-Kurpaska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Kapuśniak</w:t>
            </w:r>
            <w:proofErr w:type="spellEnd"/>
          </w:p>
        </w:tc>
        <w:tc>
          <w:tcPr>
            <w:tcW w:w="1483" w:type="dxa"/>
          </w:tcPr>
          <w:p w:rsidR="00F95D07" w:rsidRPr="0094799C" w:rsidRDefault="0078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9AA/2026/27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2–3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New English Adventure 1.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Łochowski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C.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Bruni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etapu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edukacyjnego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programowa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Piotrowska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Szyber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Komarnicka</w:t>
            </w:r>
            <w:proofErr w:type="spellEnd"/>
          </w:p>
        </w:tc>
        <w:tc>
          <w:tcPr>
            <w:tcW w:w="1483" w:type="dxa"/>
          </w:tcPr>
          <w:p w:rsidR="00F95D07" w:rsidRPr="0094799C" w:rsidRDefault="00701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9BB/2026/27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IV–VIII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Ellis, 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Rak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10/2026/27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4-8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historii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4–8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Wczoraj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dziś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Maćkowski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11/2026/27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?”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techniki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</w:tbl>
    <w:p w:rsidR="00920D51" w:rsidRPr="0094799C" w:rsidRDefault="0094799C" w:rsidP="0094799C">
      <w:pPr>
        <w:pStyle w:val="Nagwek1"/>
        <w:tabs>
          <w:tab w:val="left" w:pos="1416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ab/>
      </w:r>
    </w:p>
    <w:tbl>
      <w:tblPr>
        <w:tblStyle w:val="Tabela-Siatka"/>
        <w:tblW w:w="9328" w:type="dxa"/>
        <w:tblLook w:val="04A0"/>
      </w:tblPr>
      <w:tblGrid>
        <w:gridCol w:w="1672"/>
        <w:gridCol w:w="1727"/>
        <w:gridCol w:w="2096"/>
        <w:gridCol w:w="2128"/>
        <w:gridCol w:w="1705"/>
      </w:tblGrid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12/2026/27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Planeta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geografii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Tuz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Dziedzic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13/2026/27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tajemnic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etapu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edukacyjnego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Kwiek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Wilmańska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14/2026/27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fizyką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Kulawik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15/2026/27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niemiecki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niemieckiego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VII–VIII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Jaroszewska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16/2026/27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„INFORMATYKA W AKCJI”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informatyki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Chodacka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, J. Mazur</w:t>
            </w:r>
          </w:p>
        </w:tc>
        <w:tc>
          <w:tcPr>
            <w:tcW w:w="1705" w:type="dxa"/>
          </w:tcPr>
          <w:p w:rsidR="00920D51" w:rsidRPr="0094799C" w:rsidRDefault="006152E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16A/2026/27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="0094799C">
              <w:rPr>
                <w:rFonts w:ascii="Times New Roman" w:hAnsi="Times New Roman" w:cs="Times New Roman"/>
                <w:sz w:val="24"/>
                <w:szCs w:val="24"/>
              </w:rPr>
              <w:t xml:space="preserve"> LUBIĘ TO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Kęska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17/2025/26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„CZAS NA RUCH”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fizycznego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Białek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Wolfar-Piech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17A/2025/26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ośmioklasowej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Warchoł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FOSZE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18/2026/27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zawodowe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zawodowe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VII–VIII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Grzelak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Żyję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Słoma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4799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20/2026/2027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zdrowotna</w:t>
            </w:r>
            <w:proofErr w:type="spellEnd"/>
            <w:r w:rsidR="00761E4D">
              <w:rPr>
                <w:rFonts w:ascii="Times New Roman" w:hAnsi="Times New Roman" w:cs="Times New Roman"/>
                <w:sz w:val="24"/>
                <w:szCs w:val="24"/>
              </w:rPr>
              <w:t xml:space="preserve"> kl.4-6</w:t>
            </w:r>
          </w:p>
        </w:tc>
        <w:tc>
          <w:tcPr>
            <w:tcW w:w="2096" w:type="dxa"/>
          </w:tcPr>
          <w:p w:rsidR="00920D51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128" w:type="dxa"/>
          </w:tcPr>
          <w:p w:rsidR="00920D51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Przybysz</w:t>
            </w:r>
            <w:proofErr w:type="spellEnd"/>
          </w:p>
        </w:tc>
        <w:tc>
          <w:tcPr>
            <w:tcW w:w="1705" w:type="dxa"/>
          </w:tcPr>
          <w:p w:rsidR="00920D51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ThinkUp</w:t>
            </w:r>
            <w:proofErr w:type="spellEnd"/>
          </w:p>
        </w:tc>
      </w:tr>
      <w:tr w:rsidR="00761E4D" w:rsidRPr="0094799C" w:rsidTr="0094799C">
        <w:tc>
          <w:tcPr>
            <w:tcW w:w="1672" w:type="dxa"/>
          </w:tcPr>
          <w:p w:rsidR="00761E4D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21/2026/2027</w:t>
            </w:r>
          </w:p>
        </w:tc>
        <w:tc>
          <w:tcPr>
            <w:tcW w:w="1727" w:type="dxa"/>
          </w:tcPr>
          <w:p w:rsidR="00761E4D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zdrowotna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7-8</w:t>
            </w:r>
          </w:p>
        </w:tc>
        <w:tc>
          <w:tcPr>
            <w:tcW w:w="2096" w:type="dxa"/>
          </w:tcPr>
          <w:p w:rsidR="00761E4D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Nasze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128" w:type="dxa"/>
          </w:tcPr>
          <w:p w:rsidR="00761E4D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Przybysz</w:t>
            </w:r>
            <w:proofErr w:type="spellEnd"/>
          </w:p>
        </w:tc>
        <w:tc>
          <w:tcPr>
            <w:tcW w:w="1705" w:type="dxa"/>
          </w:tcPr>
          <w:p w:rsidR="00761E4D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ThinkUp</w:t>
            </w:r>
            <w:proofErr w:type="spellEnd"/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761E4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20D51" w:rsidRPr="0094799C">
              <w:rPr>
                <w:rFonts w:ascii="Times New Roman" w:hAnsi="Times New Roman" w:cs="Times New Roman"/>
                <w:sz w:val="24"/>
                <w:szCs w:val="24"/>
              </w:rPr>
              <w:t>/2026/</w:t>
            </w:r>
            <w:r w:rsidR="00DC58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0D51" w:rsidRPr="0094799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Wiedza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społeczeństwie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wiedzy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społeczeństwie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VIII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Dziś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jutro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Iwona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Janicka</w:t>
            </w:r>
            <w:proofErr w:type="spellEnd"/>
          </w:p>
        </w:tc>
        <w:tc>
          <w:tcPr>
            <w:tcW w:w="1705" w:type="dxa"/>
          </w:tcPr>
          <w:p w:rsidR="00920D51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AZ–0–03/20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="000433BC"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kl.0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„TAK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Jezusa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920D51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AZ-1-01/18</w:t>
            </w:r>
          </w:p>
        </w:tc>
        <w:tc>
          <w:tcPr>
            <w:tcW w:w="1727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kl.1-4</w:t>
            </w:r>
          </w:p>
        </w:tc>
        <w:tc>
          <w:tcPr>
            <w:tcW w:w="2096" w:type="dxa"/>
          </w:tcPr>
          <w:p w:rsidR="00C80592" w:rsidRPr="0094799C" w:rsidRDefault="000433BC" w:rsidP="0004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Zaproszeni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ucztę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Jezusem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8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Wydawnictwo</w:t>
            </w:r>
            <w:proofErr w:type="spellEnd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Katechetyczne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AZ-2-01/18,</w:t>
            </w:r>
          </w:p>
        </w:tc>
        <w:tc>
          <w:tcPr>
            <w:tcW w:w="1727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 5-8</w:t>
            </w:r>
          </w:p>
        </w:tc>
        <w:tc>
          <w:tcPr>
            <w:tcW w:w="2096" w:type="dxa"/>
          </w:tcPr>
          <w:p w:rsidR="00C80592" w:rsidRPr="0094799C" w:rsidRDefault="000433BC" w:rsidP="0004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Bóg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kocha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zbawia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człowieka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, </w:t>
            </w:r>
          </w:p>
        </w:tc>
        <w:tc>
          <w:tcPr>
            <w:tcW w:w="2128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Wydawnictwo</w:t>
            </w:r>
            <w:proofErr w:type="spellEnd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Katechetyczne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D51" w:rsidRPr="0094799C" w:rsidRDefault="00920D51" w:rsidP="00920D51">
      <w:pPr>
        <w:rPr>
          <w:rFonts w:ascii="Times New Roman" w:hAnsi="Times New Roman" w:cs="Times New Roman"/>
          <w:sz w:val="24"/>
          <w:szCs w:val="24"/>
        </w:rPr>
      </w:pPr>
    </w:p>
    <w:p w:rsidR="00987E74" w:rsidRDefault="00987E74"/>
    <w:sectPr w:rsidR="00987E7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995C97"/>
    <w:multiLevelType w:val="hybridMultilevel"/>
    <w:tmpl w:val="0E1811B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433BC"/>
    <w:rsid w:val="0006063C"/>
    <w:rsid w:val="0015074B"/>
    <w:rsid w:val="00230C07"/>
    <w:rsid w:val="0029639D"/>
    <w:rsid w:val="00326F90"/>
    <w:rsid w:val="004F6768"/>
    <w:rsid w:val="006152ED"/>
    <w:rsid w:val="006617F6"/>
    <w:rsid w:val="007014B7"/>
    <w:rsid w:val="00761E4D"/>
    <w:rsid w:val="00765694"/>
    <w:rsid w:val="00781590"/>
    <w:rsid w:val="00920D51"/>
    <w:rsid w:val="0094799C"/>
    <w:rsid w:val="00952028"/>
    <w:rsid w:val="00987E74"/>
    <w:rsid w:val="009B4E0F"/>
    <w:rsid w:val="009D7641"/>
    <w:rsid w:val="00AA1D8D"/>
    <w:rsid w:val="00B47730"/>
    <w:rsid w:val="00BC0E9B"/>
    <w:rsid w:val="00C80592"/>
    <w:rsid w:val="00C85D16"/>
    <w:rsid w:val="00CB0664"/>
    <w:rsid w:val="00D24A46"/>
    <w:rsid w:val="00DC58DA"/>
    <w:rsid w:val="00E069C1"/>
    <w:rsid w:val="00E2336B"/>
    <w:rsid w:val="00EC07AE"/>
    <w:rsid w:val="00F07192"/>
    <w:rsid w:val="00F6175F"/>
    <w:rsid w:val="00F95D0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641</Words>
  <Characters>3852</Characters>
  <Application>Microsoft Office Word</Application>
  <DocSecurity>0</DocSecurity>
  <Lines>32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Bożena Nowakowska</cp:lastModifiedBy>
  <cp:revision>2</cp:revision>
  <cp:lastPrinted>2026-06-19T08:30:00Z</cp:lastPrinted>
  <dcterms:created xsi:type="dcterms:W3CDTF">2026-10-12T12:10:00Z</dcterms:created>
  <dcterms:modified xsi:type="dcterms:W3CDTF">2026-10-12T12:10:00Z</dcterms:modified>
</cp:coreProperties>
</file>